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[Your full name]</w:t>
      </w:r>
    </w:p>
    <w:p>
      <w:r>
        <w:rPr>
          <w:b w:val="0"/>
        </w:rPr>
        <w:t>[City, state] | [Email] | [Phone]</w:t>
      </w:r>
    </w:p>
    <w:p>
      <w:r>
        <w:rPr>
          <w:b w:val="0"/>
        </w:rPr>
        <w:t>[LinkedIn URL] | [Permitted portfolio or work-sample URL]</w:t>
      </w:r>
    </w:p>
    <w:p>
      <w:pPr>
        <w:pStyle w:val="Heading1"/>
      </w:pPr>
      <w:r>
        <w:t>Summary</w:t>
      </w:r>
    </w:p>
    <w:p>
      <w:r>
        <w:rPr>
          <w:b w:val="0"/>
        </w:rPr>
        <w:t>[Marketing specialty and level] with experience in [market or business model]. Owned [relevant function, program or system] and [decision or delivery scope]. [One defensible result or relevant operational improvement].</w:t>
      </w:r>
    </w:p>
    <w:p>
      <w:pPr>
        <w:pStyle w:val="Heading1"/>
      </w:pPr>
      <w:r>
        <w:t>Skills</w:t>
      </w:r>
    </w:p>
    <w:p>
      <w:r>
        <w:rPr>
          <w:b w:val="0"/>
        </w:rPr>
        <w:t>[Relevant discipline] | [Capability] | [Capability] | [Capability]</w:t>
      </w:r>
    </w:p>
    <w:p>
      <w:r>
        <w:rPr>
          <w:b w:val="0"/>
        </w:rPr>
        <w:t>[Tools you have used directly and that matter to the target role]</w:t>
      </w:r>
    </w:p>
    <w:p>
      <w:pPr>
        <w:pStyle w:val="Heading1"/>
      </w:pPr>
      <w:r>
        <w:t>Work experience</w:t>
      </w:r>
    </w:p>
    <w:p>
      <w:pPr>
        <w:keepNext/>
      </w:pPr>
      <w:r>
        <w:rPr>
          <w:b/>
        </w:rPr>
        <w:t>[Most recent job title]</w:t>
      </w:r>
    </w:p>
    <w:p>
      <w:pPr>
        <w:keepNext/>
      </w:pPr>
      <w:r>
        <w:rPr>
          <w:b w:val="0"/>
        </w:rPr>
        <w:t>[Employer] | [Work location or remote arrangement] | [Month YYYY] to [Present or Month YYYY]</w:t>
      </w:r>
    </w:p>
    <w:p>
      <w:r>
        <w:rPr>
          <w:b w:val="0"/>
        </w:rPr>
        <w:t>[One sentence explaining your actual scope: business outcome, audience, team or program ownership.]</w:t>
      </w:r>
    </w:p>
    <w:p>
      <w:pPr>
        <w:pStyle w:val="ListBullet"/>
        <w:keepLines/>
        <w:spacing w:after="100"/>
      </w:pPr>
      <w:r>
        <w:t>[Action and decision] for [audience or market], with responsibility for [your scope]; [verified result and period, or concrete operational change].</w:t>
      </w:r>
    </w:p>
    <w:p>
      <w:pPr>
        <w:pStyle w:val="ListBullet"/>
        <w:keepLines/>
        <w:spacing w:after="100"/>
      </w:pPr>
      <w:r>
        <w:t>[Built, improved or delivered a relevant program or system], working with [partners]; [what changed and how you know].</w:t>
      </w:r>
    </w:p>
    <w:p>
      <w:pPr>
        <w:pStyle w:val="ListBullet"/>
        <w:keepLines/>
        <w:spacing w:after="100"/>
      </w:pPr>
      <w:r>
        <w:t>[Led a team, managed a budget or owned execution, as applicable]; [scale and result you may disclose].</w:t>
      </w:r>
    </w:p>
    <w:p>
      <w:pPr>
        <w:pStyle w:val="ListBullet"/>
        <w:keepLines/>
        <w:spacing w:after="100"/>
      </w:pPr>
      <w:r>
        <w:t>[Coordinated a specific distributed-team activity] using [document, handoff or review process]; [delivery outcome].</w:t>
      </w:r>
    </w:p>
    <w:p>
      <w:pPr>
        <w:keepNext/>
      </w:pPr>
      <w:r>
        <w:rPr>
          <w:b/>
        </w:rPr>
        <w:t>[Previous job title]</w:t>
      </w:r>
    </w:p>
    <w:p>
      <w:pPr>
        <w:keepNext/>
      </w:pPr>
      <w:r>
        <w:rPr>
          <w:b w:val="0"/>
        </w:rPr>
        <w:t>[Employer] | [Work location or remote arrangement] | [Month YYYY] to [Month YYYY]</w:t>
      </w:r>
    </w:p>
    <w:p>
      <w:r>
        <w:rPr>
          <w:b w:val="0"/>
        </w:rPr>
        <w:t>[Scope relevant to the role you are applying for.]</w:t>
      </w:r>
    </w:p>
    <w:p>
      <w:pPr>
        <w:pStyle w:val="ListBullet"/>
        <w:keepLines/>
        <w:spacing w:after="100"/>
      </w:pPr>
      <w:r>
        <w:t>[Your decision or contribution] to [business problem]; [defensible outcome and measurement period].</w:t>
      </w:r>
    </w:p>
    <w:p>
      <w:pPr>
        <w:pStyle w:val="ListBullet"/>
        <w:keepLines/>
        <w:spacing w:after="100"/>
      </w:pPr>
      <w:r>
        <w:t>[Relevant project or process you owned]; [scope, collaborators and documented result].</w:t>
      </w:r>
    </w:p>
    <w:p>
      <w:pPr>
        <w:pStyle w:val="Heading1"/>
      </w:pPr>
      <w:r>
        <w:t>Earlier experience</w:t>
      </w:r>
    </w:p>
    <w:p>
      <w:r>
        <w:rPr>
          <w:b w:val="0"/>
        </w:rPr>
        <w:t>[Job title] | [Employer] | [Month YYYY] to [Month YYYY]</w:t>
      </w:r>
    </w:p>
    <w:p>
      <w:r>
        <w:rPr>
          <w:b w:val="0"/>
        </w:rPr>
        <w:t>[Brief relevant contribution. Add or remove earlier roles as needed.]</w:t>
      </w:r>
    </w:p>
    <w:p>
      <w:pPr>
        <w:pStyle w:val="Heading1"/>
      </w:pPr>
      <w:r>
        <w:t>Education</w:t>
      </w:r>
    </w:p>
    <w:p>
      <w:r>
        <w:rPr>
          <w:b w:val="0"/>
        </w:rPr>
        <w:t>[Degree or relevant qualification] | [Institution]</w:t>
      </w:r>
    </w:p>
    <w:p>
      <w:pPr>
        <w:pStyle w:val="Heading1"/>
      </w:pPr>
      <w:r>
        <w:t>Certifications</w:t>
      </w:r>
    </w:p>
    <w:p>
      <w:r>
        <w:rPr>
          <w:b w:val="0"/>
        </w:rPr>
        <w:t>[Relevant current certification] | [Issuer] | [Date or validity, if applicable]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1111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marketing resume template</dc:title>
  <dc:subject>Editable resume with truthful, role-specific placeholders</dc:subject>
  <dc:creator>Remote Marketing Jobs</dc:creator>
  <cp:keywords>marketing, resume, template, remote</cp:keywords>
  <dc:description>Replace all bracketed prompts. Remove anything that does not apply. No hiring or ATS outcome is guaranteed.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